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משפחה – שלושה דורות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הקשורים למשפחה ולדורות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על המשפחה לפי מסגרת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לארגן מידע משפחתי לפי 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לבנות עץ משפחה ולכתוב על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 דורות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במטרת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השאלות המנחות ברשימה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לפי הפסקה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מרוקו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(ההורים של ההורים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(אמא ואבא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(תרשים שמראה את בני המשפחה לפי דורות)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בבניית עץ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לאסוף שמות ומידע על בני המשפחה הקרובה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לשרטט את מבנה העץ לפי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פסקה על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 כוללת שמות, מקום מגורים ופרט מיוחד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שלושה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שם, מקום לידה או עיסוק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דור הוא קבוצת גיל במשפחה, מוצא הוא המקום שממנו הגיעה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בני המשפחה הקרובה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לבדוק פרטים עם ההורים בבית לפני הכתיבה בקנבה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של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משפחה – שלושה דורות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בפרק הזה בונים עץ משפחה של שלושה דורות לפחות וכותבים פסקה על המשפחה. דף התרגול עוזר לתרגל את המושגים והשלבים לפני הכתיבה בקנבה.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מרוקו  ·  חיפה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פרק 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לבנות עץ משפחה ולכתוב על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לראיין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לכתוב סיפור 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דורות לפחות צריך לכלול בעץ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דור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 דורות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עץ המשפחה צריך לכלול לפחות שלושה דורות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אחת השאלות המנחות בפרק עוסקת בשמות שחוזרים מדור לדור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 לפי הפסקה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המשפחה שלי גרה ב-__________: אמא, אבא, אחותי הגדולה מאיה ואני.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סבתא רחל, אמא של אבא, נולדה בעיר קטנה ב-__________ והגיעה לארץ בגיל שש.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סבא וסבתא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אמא ואבא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תרשים שמראה את בני המשפחה לפי 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ההורים של ההורים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השלבים בבניית 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לשרטט את מבנה העץ לפי דורות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פסקה על 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לאסוף שמות ומידע על בני המשפחה הקרובה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(5-6 משפטים) על המשפחה שלכם: מי חברי המשפחה, איפה גרים ומה מיוחד במשפחה.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דורות לפחות צריך בעץ 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לפרט שכדאי לכלול על בן משפחה בעץ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עץ משפחה – שלושה דורות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