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פסקה על המשפחה לפי מסגרת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לארגן מידע משפחתי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לבנות עץ משפחה ולכתוב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שם, מקום ושנת לידה ועיסוק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תמונה משפחתית עם 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לדבר עם בני המשפחה כדי לדייק בשמות ובמקומות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רק דוגמה, הסיפור האישי יהיה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השאלות המנחות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לפי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קיבוץ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(ההורים של ההורים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(אמא ואבא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(קבוצת אנשים שנולדו בערך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(תרשים שמראה את בני המשפחה לפי דורות)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(המקום או הארץ שמשם הגיעה המשפחה)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השלבים בבניית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לאסוף שמות ומידע על בני המשפחה הקרובה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לשוחח עם הורים, סבים וסבתות ולשאול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לשרטט את מבנה העץ לפי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פסקה על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להוסיף תמונה משפחתית עם כיתוב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 שמות, מקום מגורים ופרט מיוחד אחד לפחות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המציינת דמיון או קשר בין בני משפחה משני דורות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שלושה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שם, מקום לידה או עיסוק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 הוא קבוצת גיל במשפחה, מוצא הוא המקום שממנו הגיעה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בני המשפחה הקרובה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לבדוק פרטים עם ההורים בבית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skip_n בכיתות של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משפחה – שלושה דורות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הזה בונים עץ משפחה של שלושה דורות לפחות וכותבים פסקה על המשפחה. דף התרגול עוזר לתרגל את המושגים והשלבים לפני הכתיבה בקנבה.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פרק 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עץ משפחה ולכתוב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לראיין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סיפור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חג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דורות לפחות צריך לכלול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פרטים כדאי לכלול על בני המשפחה בעץ?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מקום ושנת לידה ועיסוק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מקום מגורים כיום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בפסקה לדוגמה, מאיפה הגיעה סבתא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הצ'קליסט, מה כדאי לצרף בסוף לעץ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משפחתית עם כיתוב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מתכונים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של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המשפחה צריך לכלול לפחות שלושה 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הפסקה על המשפחה בלי לברר פרטים עם בני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בדוגמה היא הסיפור שכל תלמיד חייב להעתיק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השאלות המנחות בפרק עוסקת בשמות שחוזרים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לפי הפסקה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שלי גרה ב-__________: אמא, אבא, אחותי הגדולה מאיה ואני.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סבתא רחל, אמא של אבא, נולדה בעיר קטנה ב-__________ והגיעה לארץ בגיל שש.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סבא יוסף, אבא של אמא, נולד ב-__________ בעמק.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כששרטטתי את העץ גיליתי שכמעט בכל דור יש מישהו שעבד כ-__________.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סבא יוסף הוא אבא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סבא וסבתא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תרשים שמראה את בני המשפחה לפי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או הארץ שמשם הגיעה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ההורים של ההורים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עץ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אמא ואבא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קבוצת אנשים שנולדו בערך באותה תקופה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השלבים בבניית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לשוחח עם הורים, סבים וסבתות ולשאול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לשרטט את מבנה העץ לפי דורות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תמונה משפחתית עם כיתוב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לאסוף שמות ומידע על בני המשפחה הקרובה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פסקה על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(5-6 משפטים) על המשפחה שלכם: מי חברי המשפחה, איפה גרים ומה מיוחד במשפחה.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גילוי מעניין אחד שמצאתם כשחשבתם על עץ המשפחה שלכם, למשל שם שחוזר או מקצוע משותף.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דורות לפחות צריך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לפרט שכדאי לכלול על בן משפחה בעץ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'דור' ל'מוצא'?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משפחה – שלושה דורות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